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חידות וטריוויה: משחקי חשיבה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חשיבה לוגית ומתמטית דרך חידות היגיון ואחוזים ברמת תיכון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היסק מרמזים עקיפים וזיהוי קשרים בין פרטי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ידע כללי על ישראל והעולם בתחומי גאוגרפיה, טבע ותרבות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הצגת דרך פתרון מנומקת ולא רק תשובה סופית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חידות היגיון וחשבון (חידה בקטנה) – הבנת מבנה החידה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ההבדל במספר הרגליים הוא שמאפשר להרכיב שתי משוואות שונות ולמצוא פתרון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שני נעלמים (למשל פרות ותרנגולות), ולכן צריך שתי משוואות כדי למצוא פתרון יחיד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חידות היגיון וחשבון (חידה בקטנה) – בניית ופתרון משוואות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חידות היגיון וחשבון (חידה בקטנה) – פתרון בשני משתנים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 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4x+2y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חידות אחוזים וחלקים מהחיים – תרגול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חידות אחוזים וחלקים מהחיים – יישום בחיי היומיום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חידות אחוזים וחלקים מהחיים – חשיבה ופתרון מודרך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יש לבדוק שהתלמיד הציג מצב ריאלי ושני שלבי חישוב נכונים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מה המשותף? ומה אני? – חשיבה אסוציאטיבית ולשונית – הכרת המשחקים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מספר האותיות במילה המשותפת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לשון וביטויים, גאוגרפיה וסביבה, מנהיגות וחברה, חוסן וחשיבה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מה המשותף? ומה אני? – חשיבה אסוציאטיבית ולשונית – הכרת המשחקים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חידה יש אפשרות לרמז, הקראה בקול והסבר לאחר חשיפת התשובה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כל הרמזים מתארים או מתחברים למילה משותפת אחת שצריך לגלות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מה המשותף? ומה אני? – חשיבה אסוציאטיבית ולשונית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רמזים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מה המשותף? ומה אני? – חשיבה אסוציאטיבית ולשונית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(לשון וביטויים)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(גאוגרפיה וסביבה)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(מנהיגות וחברה)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(חוסן וחשיבה)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טריוויה: ישראל והעולם – ידע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ים המלח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טריוויה: ישראל והעולם – 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הדגל כולל שני פסים כחולים ומגן דוד כחול במרכז.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הנילוס הוא דווקא הנהר הארוך ביותר באפריקה ובעולם.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טריוויה: ישראל והעולם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 השנה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טריוויה: ישראל והעולם – התאמת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(אגם מים מתוקים בצפון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(ים מלוח במיוחד שמאפשר לצוף)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(מדבר גדול בדרום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(הנהר הארוך בעולם, זורם באפריקה)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גלו את המקום וחדר בריחה – פתרון בעיות מדורג – זיהוי מקומות ועובדות 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משבצות ריקות מתחת לתמונות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הנגב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גלו את המקום וחדר בריחה – פתרון בעיות מדורג – התאמת רמזים למקומות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(הכנרת)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(ים המלח)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(הנגב)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גלו את המקום וחדר בריחה – פתרון בעיות מדורג – פתרון רב-שלבי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כלי העזר מאפשרים זמן מחשבה נוסף או מידע חלקי, ובכך עוזרים להתגבר על קושי ברמז מסוים מבלי לוותר על הפתרון.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אמריקאיות ממגוון סוגי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 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מנהיגות וחברה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חשיבה והשוואה בין סוגי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תציין שחידת ראשים ורגליים דורשת חשיבה לוגית-מתמטית מסודרת (בניית משוואות או ניסוי וטעייה שיטתי), בעוד 'מה המשותף' דורש חשיבה אסוציאטיבית-לשונית - חיפוש קשר מופשט בין רמזים שונים לכאורה.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יש לבדוק שהרמז החדש עקבי בסגנונו לסוג החידה שנבחר (למשל רמזי תמונות למיקום, או תנאי מספרי לחידת היגיון) ושיש לו תשובה חד-משמעית.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שלבי חישוב ברורים: הגדרת נעלמים, בניית משוואה או טבלה, ותשובה סופית מוסברת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חיבור הגיוני בין לפחות שניים-שלושה רמזים ולא ניחוש אקראי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מודעות עצמית לפערי ידע ספציפיים, לא תשובה כללית כמו 'ידעתי הכל' או 'לא ידעתי כלום'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שיעורים קצרים: שיעור אחד לחידות היגיון ואחוזים, שיעור נפרד לטריוויה ולמה המשותף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רמז כתוב מראש או לפשט את מספרי החידה; למצטיינים אפשר להוסיף חידה נוספת ללא רמז כאתגר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עבודה בזוגות בחלק ממשימות ההיגיון כדי לעודד הסבר הדדי של דרך הפתרון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כל פרק בדיון קצר בכיתה על האסטרטגיה שהשתמשו בה התלמידים לפתרון, לא רק על התשובה הנכונה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חידות וטריוויה: משחקי חשיבה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זו תתרגלו חמישה סוגי אתגרי חשיבה בדיוק כמו באתר: חידות היגיון, אחוזים, מילה משותפת, טריוויה וגילוי מקומות. בכל תרגיל כתבו גם את דרך החשיבה שלכם, לא רק את התשובה הסופית. עבדו בעצמכם תחילה, ורק אחר כך בדקו עם הפתרון.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ראש השנה  ·  פורים  ·  20  ·  3  ·  7  ·  25  ·  2  ·  רמזים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חידות היגיון וחשבון (חידה בקטנה) – הבנת מבנה החידה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בחידות מסוג ראשים ורגליים יש תמיד שני סוגי יצורים עם מספר רגליים 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כדי לפתור חידת ראשים ורגליים מספיק משוואה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חידות היגיון וחשבון (חידה בקטנה) – בניית ופתרון משוואות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בחידה עם 7 ראשים, המשוואה הראשונה היא x+y=__________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לפרה יש 4 רגליים ולתרנגולת __________ רגליים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חידות היגיון וחשבון (חידה בקטנה) – פתרון בשני משתנים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בחווה יש 7 ראשים ו-20 רגליים (פרות ותרנגולות). כמה פרות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אם x מייצג את מספר הפרות ו-y את מספר התרנגולות, מהו הביטוי הנכון לסכום הרגליים?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x+y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4x+2y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2x+4y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חידות אחוזים וחלקים מהחיים – תרגול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עוגת יום הולדת חתוכה ל-12 חתיכות שוות. רבע מהעוגה הוא __________ חתיכות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השבר 1/4 שווה ל-__________ אחוזים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מחיר מוצר הוא 200 שקל ועליו הנחה של 10%. גובה ההנחה בשקלים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חידות אחוזים וחלקים מהחיים – יישום בחיי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חולצה שמחירה 150 שקל קיבלה הנחה של 20%. מה מחירה אחרי ההנחה?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עוגה חולקה ל-20 חתיכות שוות. אכלו 15% מהעוגה. כמה חתיכות נאכלו?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חידות אחוזים וחלקים מהחיים – חשיבה ופתרון מודרך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דוגמה מהחיים (קנייה, הנחה בחנות, חלוקת אוכל) שדורשת חישוב אחוזים בשני שלבים, ופתרו אותה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מה המשותף? ומה אני? – חשיבה אסוציאטיבית ולשונית – הכרת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במשחק 'מה המשותף?' המשבצות המוצגות על המסך מייצגות: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מספר הרמזים שיוצגו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מספר האותיות במילה המשותפת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 הקבוצות המשחקות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לפי אילו נושאים אפשר לסנן את חידות 'מה המשותף?'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ספורט, אוכל, מוזיקה, 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לשון וביטויים, גאוגרפיה וסביבה, מנהיגות וחברה, חוסן וחשיבה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היסטוריה, מדע, אמנות, ספרות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מה המשותף? ומה אני? – חשיבה אסוציאטיבית ולשונית – הכרת המשחקים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בחידות 'מה אני?' אפשר לקבל רמז נוסף ולשמוע הסבר אחרי הניחוש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במשחק 'מה המשותף?' כל רמז מתאר מילה אחרת, ואין קשר בין הרמזים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מה המשותף? ומה אני? – חשיבה אסוציאטיבית ולשונית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בחידת 'מה אני?' התשובה מתקבלת מתוך __________ עקיפים ולא מהגדרה ישירה וברורה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מה המשותף? ומה אני? – חשיבה אסוציאטיבית ולשונית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רמז העוסק במשמעות כפולה של מילה או בביטוי מוכר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חוסן וחשיבה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רמז על הרים, נהרות, אקלים או שמורות 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לשון וביטויים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רמז על אדם שמוביל קבוצה ומקבל החלטות משותפות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גאוגרפיה וסביבה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רמז על התמודדות עם קושי ועמידה באתגר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מנהיגות וחברה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טריוויה: ישראל והעולם – ידע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אגם המים המתוקים הגדול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מפרץ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ים אפשר לצוף בקלות בזכות ריכוז מלח גבוה במיוחד?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הים האדום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טריוויה: ישראל והעולם –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מגן דוד הוא הסמל שבמרכז דגל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נהר הנילוס נחשב לנהר הקצר ביותר באפריקה.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טריוויה: ישראל והעולם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ט״ו בשבט נחשב ל-__________ של האילנות בישראל, ונוהגים בו לנטוע עצים.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בחג ה-__________ נהוג לקרוא בבית הכנסת את מגילת אסתר.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טריוויה: ישראל והעולם – התאמת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הנהר הארוך בעולם, זורם באפריקה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מדבר גדול בדרום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הנגב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ים מלוח במיוחד שמאפשר לצוף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הנילוס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אגם מים מתוקים בצפון הארץ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גלו את המקום וחדר בריחה – פתרון בעיות מדורג – זיהוי מקומות ועובדות בסיס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במשחק "גלו את המקום" מה עוזר לדעת כמה אותיות יש בשם המקום המבוקש?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רמזים קוליים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משבצות ריקות מתחת לתמונות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ניקוד הקבוצות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רמזים מתאימים למקום הבא: אגם, מים מתוקים, צפון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ים המלח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מפרץ 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מדבר משתרע בדרום ישראל ומופיע כרמז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הנגב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גובי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גלו את המקום וחדר בריחה – פתרון בעיות מדורג – התאמת רמזים למקומות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💧 אגם, מים מתוקים, צפון הארץ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ים המלח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🧂🛟 מלח רב, אפשר לצוף בקלות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הנגב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🏜️ שטח נרחב בדרום, בין באר שבע לאילת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הכנרת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גלו את המקום וחדר בריחה – פתרון בעיות מדורג – פתרון רב-שלבי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הקשר בין כלי העזר במשחק (רמז, הקראה, ביטול טיימר) לבין פתרון מוצלח של חידה מורכבת?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שאלות אמריקאיות ממגוון סוגי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בחווה יש פרות ותרנגולות בלבד. ספרו 7 ראשים ו-20 רגליים. כמה פרות יש בחווה?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 פרות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במשחק 'מה המשותף' אפשר לסנן לפי נושא. איזה מהבאים הוא אחד הנושאים האפשריים?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מנהיגות וחברה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מוזיקה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אותיות סופיות יש בעברית?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7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חשיבה והשוואה בין סוגי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ההבדל בין סוג החשיבה הנדרש בחידת 'ראשים ורגליים' (חידה בקטנה) לבין החשיבה הנדרשת במשחק 'מה המשותף'.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בחרו אחד מסוגי החידות באתר (חידת היגיון, אחוזים, 'מה אני' או 'גלו את המקום') ותארו כיצד הייתם בונים רמז אחד חדש בסגנון דומה, כולל שאלה ותשובה.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הצלחתי להסביר בכתב את דרך הפתרון שלי בחידות ההיגיון והאחוזים, ולא רק לנחש תשובה?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מצליח/ה לזהות רמזים עקיפים ולחבר ביניהם למסקנה אחת במשימות 'מה המשותף' ו'מה אני'?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חידות וטריוויה: משחקי חשיבה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